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Inspection Level Pony Risk Assessment</w:t>
      </w:r>
    </w:p>
    <w:p>
      <w:pPr>
        <w:pStyle w:val="Heading1"/>
      </w:pPr>
      <w:r>
        <w:t>Document Control</w:t>
      </w:r>
    </w:p>
    <w:p>
      <w:r>
        <w:t>Assessment: Pony Handling (Unmounted)</w:t>
      </w:r>
    </w:p>
    <w:p>
      <w:r>
        <w:t>Location: The Tiny Pony Project</w:t>
      </w:r>
    </w:p>
    <w:p>
      <w:r>
        <w:t>Review: 6 monthly or post-incident</w:t>
      </w:r>
    </w:p>
    <w:p>
      <w:r>
        <w:t>Responsible: Session Lead</w:t>
      </w:r>
    </w:p>
    <w:p>
      <w:pPr>
        <w:pStyle w:val="Heading1"/>
      </w:pPr>
      <w:r>
        <w:t>Hazards</w:t>
      </w:r>
    </w:p>
    <w:p>
      <w:r>
        <w:t>Kicking, biting, crushing</w:t>
      </w:r>
    </w:p>
    <w:p>
      <w:r>
        <w:t>Trips while leading</w:t>
      </w:r>
    </w:p>
    <w:p>
      <w:r>
        <w:t>Loss of control of pony</w:t>
      </w:r>
    </w:p>
    <w:p>
      <w:pPr>
        <w:pStyle w:val="Heading1"/>
      </w:pPr>
      <w:r>
        <w:t>Risk Rating (Before Controls)</w:t>
      </w:r>
    </w:p>
    <w:p>
      <w:r>
        <w:t>Likelihood: 4 (Likely)</w:t>
      </w:r>
    </w:p>
    <w:p>
      <w:r>
        <w:t>Severity: 4 (Major)</w:t>
      </w:r>
    </w:p>
    <w:p>
      <w:r>
        <w:t>Score: 16 (High)</w:t>
      </w:r>
    </w:p>
    <w:p>
      <w:pPr>
        <w:pStyle w:val="Heading1"/>
      </w:pPr>
      <w:r>
        <w:t>Control Measures</w:t>
      </w:r>
    </w:p>
    <w:p>
      <w:r>
        <w:t>Only assessed calm ponies used</w:t>
      </w:r>
    </w:p>
    <w:p>
      <w:r>
        <w:t>1:1 supervision where needed</w:t>
      </w:r>
    </w:p>
    <w:p>
      <w:r>
        <w:t>Safe zones enforced</w:t>
      </w:r>
    </w:p>
    <w:p>
      <w:r>
        <w:t>Children trained before interaction</w:t>
      </w:r>
    </w:p>
    <w:p>
      <w:r>
        <w:t>Correctly fitted tack used</w:t>
      </w:r>
    </w:p>
    <w:p>
      <w:r>
        <w:t>Staff trained in equine behaviour and SEND</w:t>
      </w:r>
    </w:p>
    <w:p>
      <w:pPr>
        <w:pStyle w:val="Heading1"/>
      </w:pPr>
      <w:r>
        <w:t>Risk Rating (After Controls)</w:t>
      </w:r>
    </w:p>
    <w:p>
      <w:r>
        <w:t>Likelihood: 2</w:t>
      </w:r>
    </w:p>
    <w:p>
      <w:r>
        <w:t>Severity: 3</w:t>
      </w:r>
    </w:p>
    <w:p>
      <w:r>
        <w:t>Score: 6 (Medium)</w:t>
      </w:r>
    </w:p>
    <w:p>
      <w:pPr>
        <w:pStyle w:val="Heading1"/>
      </w:pPr>
      <w:r>
        <w:t>Residual Risk</w:t>
      </w:r>
    </w:p>
    <w:p>
      <w:r>
        <w:t>Acceptable with controls and supervision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