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6A1D" w14:textId="77777777" w:rsidR="00737014" w:rsidRDefault="00000000">
      <w:pPr>
        <w:pStyle w:val="Title"/>
      </w:pPr>
      <w:r>
        <w:t>The Tiny Pony Project</w:t>
      </w:r>
    </w:p>
    <w:p w14:paraId="3B93997A" w14:textId="093522F2" w:rsidR="00737014" w:rsidRDefault="00000000">
      <w:pPr>
        <w:pStyle w:val="Heading1"/>
      </w:pPr>
      <w:r>
        <w:t>Employment</w:t>
      </w:r>
      <w:r w:rsidR="001F1DDF">
        <w:t>,</w:t>
      </w:r>
      <w:r>
        <w:t xml:space="preserve"> Volunteer</w:t>
      </w:r>
      <w:r w:rsidR="001F1DDF">
        <w:t>s &amp; Carers</w:t>
      </w:r>
    </w:p>
    <w:p w14:paraId="2873A6FA" w14:textId="541D302A" w:rsidR="00737014" w:rsidRDefault="00000000" w:rsidP="001F1DDF">
      <w:pPr>
        <w:pStyle w:val="Heading2"/>
        <w:numPr>
          <w:ilvl w:val="0"/>
          <w:numId w:val="10"/>
        </w:numPr>
      </w:pPr>
      <w:r>
        <w:t>Staff Details Form</w:t>
      </w:r>
      <w:r w:rsidR="001F1DDF">
        <w:t xml:space="preserve"> (Please only fill in this section- the rest will be completed post induction.)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21EF2BAE" w14:textId="77777777">
        <w:tc>
          <w:tcPr>
            <w:tcW w:w="4320" w:type="dxa"/>
          </w:tcPr>
          <w:p w14:paraId="77D98D7F" w14:textId="77777777" w:rsidR="00737014" w:rsidRDefault="00000000">
            <w:r>
              <w:t>Full Name</w:t>
            </w:r>
          </w:p>
        </w:tc>
        <w:tc>
          <w:tcPr>
            <w:tcW w:w="4320" w:type="dxa"/>
          </w:tcPr>
          <w:p w14:paraId="701648AE" w14:textId="77777777" w:rsidR="00737014" w:rsidRDefault="00000000">
            <w:r>
              <w:t>____________________________</w:t>
            </w:r>
          </w:p>
        </w:tc>
      </w:tr>
      <w:tr w:rsidR="00737014" w14:paraId="104ED3FC" w14:textId="77777777">
        <w:tc>
          <w:tcPr>
            <w:tcW w:w="4320" w:type="dxa"/>
          </w:tcPr>
          <w:p w14:paraId="6F6B7E69" w14:textId="77777777" w:rsidR="00737014" w:rsidRDefault="00000000">
            <w:r>
              <w:t>Role</w:t>
            </w:r>
          </w:p>
        </w:tc>
        <w:tc>
          <w:tcPr>
            <w:tcW w:w="4320" w:type="dxa"/>
          </w:tcPr>
          <w:p w14:paraId="09DD77EF" w14:textId="77777777" w:rsidR="00737014" w:rsidRDefault="00000000">
            <w:r>
              <w:t>____________________________</w:t>
            </w:r>
          </w:p>
        </w:tc>
      </w:tr>
      <w:tr w:rsidR="00737014" w14:paraId="03E89812" w14:textId="77777777">
        <w:tc>
          <w:tcPr>
            <w:tcW w:w="4320" w:type="dxa"/>
          </w:tcPr>
          <w:p w14:paraId="3B271AF4" w14:textId="77777777" w:rsidR="00737014" w:rsidRDefault="00000000">
            <w:r>
              <w:t>Start Date</w:t>
            </w:r>
          </w:p>
        </w:tc>
        <w:tc>
          <w:tcPr>
            <w:tcW w:w="4320" w:type="dxa"/>
          </w:tcPr>
          <w:p w14:paraId="6641C327" w14:textId="77777777" w:rsidR="00737014" w:rsidRDefault="00000000">
            <w:r>
              <w:t>____________________________</w:t>
            </w:r>
          </w:p>
        </w:tc>
      </w:tr>
      <w:tr w:rsidR="00737014" w14:paraId="30527166" w14:textId="77777777">
        <w:tc>
          <w:tcPr>
            <w:tcW w:w="4320" w:type="dxa"/>
          </w:tcPr>
          <w:p w14:paraId="0D1EA968" w14:textId="77777777" w:rsidR="00737014" w:rsidRDefault="00000000">
            <w:r>
              <w:t>DBS Number</w:t>
            </w:r>
          </w:p>
        </w:tc>
        <w:tc>
          <w:tcPr>
            <w:tcW w:w="4320" w:type="dxa"/>
          </w:tcPr>
          <w:p w14:paraId="6C55BD77" w14:textId="77777777" w:rsidR="00737014" w:rsidRDefault="00000000">
            <w:r>
              <w:t>____________________________</w:t>
            </w:r>
          </w:p>
        </w:tc>
      </w:tr>
      <w:tr w:rsidR="00737014" w14:paraId="54755260" w14:textId="77777777">
        <w:tc>
          <w:tcPr>
            <w:tcW w:w="4320" w:type="dxa"/>
          </w:tcPr>
          <w:p w14:paraId="65D51092" w14:textId="77777777" w:rsidR="00737014" w:rsidRDefault="00000000">
            <w:r>
              <w:t>Safeguarding Training Date</w:t>
            </w:r>
          </w:p>
        </w:tc>
        <w:tc>
          <w:tcPr>
            <w:tcW w:w="4320" w:type="dxa"/>
          </w:tcPr>
          <w:p w14:paraId="39E9ABEC" w14:textId="77777777" w:rsidR="00737014" w:rsidRDefault="00000000">
            <w:r>
              <w:t>____________________________</w:t>
            </w:r>
          </w:p>
        </w:tc>
      </w:tr>
      <w:tr w:rsidR="00737014" w14:paraId="2E92391E" w14:textId="77777777">
        <w:tc>
          <w:tcPr>
            <w:tcW w:w="4320" w:type="dxa"/>
          </w:tcPr>
          <w:p w14:paraId="33E61E51" w14:textId="77777777" w:rsidR="00737014" w:rsidRDefault="00000000">
            <w:r>
              <w:t>First Aid Expiry</w:t>
            </w:r>
          </w:p>
        </w:tc>
        <w:tc>
          <w:tcPr>
            <w:tcW w:w="4320" w:type="dxa"/>
          </w:tcPr>
          <w:p w14:paraId="1E25E36B" w14:textId="77777777" w:rsidR="00737014" w:rsidRDefault="00000000">
            <w:r>
              <w:t>____________________________</w:t>
            </w:r>
          </w:p>
        </w:tc>
      </w:tr>
      <w:tr w:rsidR="00737014" w14:paraId="7374E3F3" w14:textId="77777777">
        <w:tc>
          <w:tcPr>
            <w:tcW w:w="4320" w:type="dxa"/>
          </w:tcPr>
          <w:p w14:paraId="3AA6050C" w14:textId="77777777" w:rsidR="00737014" w:rsidRDefault="00000000">
            <w:r>
              <w:t>Signature</w:t>
            </w:r>
          </w:p>
        </w:tc>
        <w:tc>
          <w:tcPr>
            <w:tcW w:w="4320" w:type="dxa"/>
          </w:tcPr>
          <w:p w14:paraId="0E1C6C56" w14:textId="77777777" w:rsidR="00737014" w:rsidRDefault="00000000">
            <w:r>
              <w:t>____________________________</w:t>
            </w:r>
          </w:p>
        </w:tc>
      </w:tr>
      <w:tr w:rsidR="00737014" w14:paraId="204D27D5" w14:textId="77777777">
        <w:tc>
          <w:tcPr>
            <w:tcW w:w="4320" w:type="dxa"/>
          </w:tcPr>
          <w:p w14:paraId="6659D0C5" w14:textId="77777777" w:rsidR="00737014" w:rsidRDefault="00000000">
            <w:r>
              <w:t>Date</w:t>
            </w:r>
          </w:p>
        </w:tc>
        <w:tc>
          <w:tcPr>
            <w:tcW w:w="4320" w:type="dxa"/>
          </w:tcPr>
          <w:p w14:paraId="1EAAFA33" w14:textId="77777777" w:rsidR="00737014" w:rsidRDefault="00000000">
            <w:r>
              <w:t>____________________________</w:t>
            </w:r>
          </w:p>
        </w:tc>
      </w:tr>
    </w:tbl>
    <w:p w14:paraId="4AFDDDC9" w14:textId="77777777" w:rsidR="00737014" w:rsidRDefault="00000000">
      <w:pPr>
        <w:pStyle w:val="Heading2"/>
      </w:pPr>
      <w:r>
        <w:t>2. Induction Checklist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23A19AD1" w14:textId="77777777">
        <w:tc>
          <w:tcPr>
            <w:tcW w:w="4320" w:type="dxa"/>
          </w:tcPr>
          <w:p w14:paraId="083245D5" w14:textId="77777777" w:rsidR="00737014" w:rsidRDefault="00000000">
            <w:r>
              <w:t>Safeguarding Briefing Completed</w:t>
            </w:r>
          </w:p>
        </w:tc>
        <w:tc>
          <w:tcPr>
            <w:tcW w:w="4320" w:type="dxa"/>
          </w:tcPr>
          <w:p w14:paraId="0BADBFBE" w14:textId="77777777" w:rsidR="00737014" w:rsidRDefault="00000000">
            <w:r>
              <w:t>____________________________</w:t>
            </w:r>
          </w:p>
        </w:tc>
      </w:tr>
      <w:tr w:rsidR="00737014" w14:paraId="78F457B7" w14:textId="77777777">
        <w:tc>
          <w:tcPr>
            <w:tcW w:w="4320" w:type="dxa"/>
          </w:tcPr>
          <w:p w14:paraId="09BCFFA6" w14:textId="77777777" w:rsidR="00737014" w:rsidRDefault="00000000">
            <w:r>
              <w:t>Health &amp; Safety Walkthrough</w:t>
            </w:r>
          </w:p>
        </w:tc>
        <w:tc>
          <w:tcPr>
            <w:tcW w:w="4320" w:type="dxa"/>
          </w:tcPr>
          <w:p w14:paraId="32A82DDD" w14:textId="77777777" w:rsidR="00737014" w:rsidRDefault="00000000">
            <w:r>
              <w:t>____________________________</w:t>
            </w:r>
          </w:p>
        </w:tc>
      </w:tr>
      <w:tr w:rsidR="00737014" w14:paraId="11F522D0" w14:textId="77777777">
        <w:tc>
          <w:tcPr>
            <w:tcW w:w="4320" w:type="dxa"/>
          </w:tcPr>
          <w:p w14:paraId="50D5FEEA" w14:textId="77777777" w:rsidR="00737014" w:rsidRDefault="00000000">
            <w:r>
              <w:t>Animal Handling Training</w:t>
            </w:r>
          </w:p>
        </w:tc>
        <w:tc>
          <w:tcPr>
            <w:tcW w:w="4320" w:type="dxa"/>
          </w:tcPr>
          <w:p w14:paraId="3CA14587" w14:textId="77777777" w:rsidR="00737014" w:rsidRDefault="00000000">
            <w:r>
              <w:t>____________________________</w:t>
            </w:r>
          </w:p>
        </w:tc>
      </w:tr>
      <w:tr w:rsidR="00737014" w14:paraId="7F9CB0B2" w14:textId="77777777">
        <w:tc>
          <w:tcPr>
            <w:tcW w:w="4320" w:type="dxa"/>
          </w:tcPr>
          <w:p w14:paraId="04454614" w14:textId="77777777" w:rsidR="00737014" w:rsidRDefault="00000000">
            <w:r>
              <w:t>Emergency Procedures Explained</w:t>
            </w:r>
          </w:p>
        </w:tc>
        <w:tc>
          <w:tcPr>
            <w:tcW w:w="4320" w:type="dxa"/>
          </w:tcPr>
          <w:p w14:paraId="709E2FCD" w14:textId="77777777" w:rsidR="00737014" w:rsidRDefault="00000000">
            <w:r>
              <w:t>____________________________</w:t>
            </w:r>
          </w:p>
        </w:tc>
      </w:tr>
      <w:tr w:rsidR="00737014" w14:paraId="19EBDEBF" w14:textId="77777777">
        <w:tc>
          <w:tcPr>
            <w:tcW w:w="4320" w:type="dxa"/>
          </w:tcPr>
          <w:p w14:paraId="3933AC27" w14:textId="77777777" w:rsidR="00737014" w:rsidRDefault="00000000">
            <w:r>
              <w:t>SEND Awareness Covered</w:t>
            </w:r>
          </w:p>
        </w:tc>
        <w:tc>
          <w:tcPr>
            <w:tcW w:w="4320" w:type="dxa"/>
          </w:tcPr>
          <w:p w14:paraId="0E602804" w14:textId="77777777" w:rsidR="00737014" w:rsidRDefault="00000000">
            <w:r>
              <w:t>____________________________</w:t>
            </w:r>
          </w:p>
        </w:tc>
      </w:tr>
      <w:tr w:rsidR="00737014" w14:paraId="6E595ECF" w14:textId="77777777">
        <w:tc>
          <w:tcPr>
            <w:tcW w:w="4320" w:type="dxa"/>
          </w:tcPr>
          <w:p w14:paraId="08CD0F32" w14:textId="77777777" w:rsidR="00737014" w:rsidRDefault="00000000">
            <w:r>
              <w:t>Site Tour Completed</w:t>
            </w:r>
          </w:p>
        </w:tc>
        <w:tc>
          <w:tcPr>
            <w:tcW w:w="4320" w:type="dxa"/>
          </w:tcPr>
          <w:p w14:paraId="3DCCA16B" w14:textId="77777777" w:rsidR="00737014" w:rsidRDefault="00000000">
            <w:r>
              <w:t>____________________________</w:t>
            </w:r>
          </w:p>
        </w:tc>
      </w:tr>
      <w:tr w:rsidR="00737014" w14:paraId="1426478A" w14:textId="77777777">
        <w:tc>
          <w:tcPr>
            <w:tcW w:w="4320" w:type="dxa"/>
          </w:tcPr>
          <w:p w14:paraId="75971C57" w14:textId="77777777" w:rsidR="00737014" w:rsidRDefault="00000000">
            <w:r>
              <w:t>Staff Signature</w:t>
            </w:r>
          </w:p>
        </w:tc>
        <w:tc>
          <w:tcPr>
            <w:tcW w:w="4320" w:type="dxa"/>
          </w:tcPr>
          <w:p w14:paraId="41271A3C" w14:textId="77777777" w:rsidR="00737014" w:rsidRDefault="00000000">
            <w:r>
              <w:t>____________________________</w:t>
            </w:r>
          </w:p>
        </w:tc>
      </w:tr>
      <w:tr w:rsidR="00737014" w14:paraId="1D743E1C" w14:textId="77777777">
        <w:tc>
          <w:tcPr>
            <w:tcW w:w="4320" w:type="dxa"/>
          </w:tcPr>
          <w:p w14:paraId="1B934783" w14:textId="77777777" w:rsidR="00737014" w:rsidRDefault="00000000">
            <w:r>
              <w:t>Date</w:t>
            </w:r>
          </w:p>
        </w:tc>
        <w:tc>
          <w:tcPr>
            <w:tcW w:w="4320" w:type="dxa"/>
          </w:tcPr>
          <w:p w14:paraId="7C2B1FEA" w14:textId="77777777" w:rsidR="00737014" w:rsidRDefault="00000000">
            <w:r>
              <w:t>____________________________</w:t>
            </w:r>
          </w:p>
        </w:tc>
      </w:tr>
    </w:tbl>
    <w:p w14:paraId="0F7F7372" w14:textId="77777777" w:rsidR="00737014" w:rsidRDefault="00000000">
      <w:pPr>
        <w:pStyle w:val="Heading2"/>
      </w:pPr>
      <w:r>
        <w:t>3. Volunteer Agreement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08969AEF" w14:textId="77777777">
        <w:tc>
          <w:tcPr>
            <w:tcW w:w="4320" w:type="dxa"/>
          </w:tcPr>
          <w:p w14:paraId="277C8387" w14:textId="77777777" w:rsidR="00737014" w:rsidRDefault="00000000">
            <w:r>
              <w:t>Volunteer Name</w:t>
            </w:r>
          </w:p>
        </w:tc>
        <w:tc>
          <w:tcPr>
            <w:tcW w:w="4320" w:type="dxa"/>
          </w:tcPr>
          <w:p w14:paraId="6ECEA4D6" w14:textId="77777777" w:rsidR="00737014" w:rsidRDefault="00000000">
            <w:r>
              <w:t>____________________________</w:t>
            </w:r>
          </w:p>
        </w:tc>
      </w:tr>
      <w:tr w:rsidR="00737014" w14:paraId="6C677B85" w14:textId="77777777">
        <w:tc>
          <w:tcPr>
            <w:tcW w:w="4320" w:type="dxa"/>
          </w:tcPr>
          <w:p w14:paraId="14C2799A" w14:textId="77777777" w:rsidR="00737014" w:rsidRDefault="00000000">
            <w:r>
              <w:t>Understands Safeguarding Duties</w:t>
            </w:r>
          </w:p>
        </w:tc>
        <w:tc>
          <w:tcPr>
            <w:tcW w:w="4320" w:type="dxa"/>
          </w:tcPr>
          <w:p w14:paraId="03BFB3F5" w14:textId="77777777" w:rsidR="00737014" w:rsidRDefault="00000000">
            <w:r>
              <w:t>____________________________</w:t>
            </w:r>
          </w:p>
        </w:tc>
      </w:tr>
      <w:tr w:rsidR="00737014" w14:paraId="4B2D862C" w14:textId="77777777">
        <w:tc>
          <w:tcPr>
            <w:tcW w:w="4320" w:type="dxa"/>
          </w:tcPr>
          <w:p w14:paraId="58FA7C06" w14:textId="77777777" w:rsidR="00737014" w:rsidRDefault="00000000">
            <w:r>
              <w:lastRenderedPageBreak/>
              <w:t>Agrees to Supervision Rules</w:t>
            </w:r>
          </w:p>
        </w:tc>
        <w:tc>
          <w:tcPr>
            <w:tcW w:w="4320" w:type="dxa"/>
          </w:tcPr>
          <w:p w14:paraId="1C74E2CD" w14:textId="77777777" w:rsidR="00737014" w:rsidRDefault="00000000">
            <w:r>
              <w:t>____________________________</w:t>
            </w:r>
          </w:p>
        </w:tc>
      </w:tr>
      <w:tr w:rsidR="00737014" w14:paraId="33E4A1F5" w14:textId="77777777">
        <w:tc>
          <w:tcPr>
            <w:tcW w:w="4320" w:type="dxa"/>
          </w:tcPr>
          <w:p w14:paraId="2C812C90" w14:textId="77777777" w:rsidR="00737014" w:rsidRDefault="00000000">
            <w:r>
              <w:t>Will Not Take Sole Responsibility</w:t>
            </w:r>
          </w:p>
        </w:tc>
        <w:tc>
          <w:tcPr>
            <w:tcW w:w="4320" w:type="dxa"/>
          </w:tcPr>
          <w:p w14:paraId="72975D56" w14:textId="77777777" w:rsidR="00737014" w:rsidRDefault="00000000">
            <w:r>
              <w:t>____________________________</w:t>
            </w:r>
          </w:p>
        </w:tc>
      </w:tr>
      <w:tr w:rsidR="00737014" w14:paraId="1ADE3755" w14:textId="77777777">
        <w:tc>
          <w:tcPr>
            <w:tcW w:w="4320" w:type="dxa"/>
          </w:tcPr>
          <w:p w14:paraId="6525F544" w14:textId="77777777" w:rsidR="00737014" w:rsidRDefault="00000000">
            <w:r>
              <w:t>Confidentiality Agreed</w:t>
            </w:r>
          </w:p>
        </w:tc>
        <w:tc>
          <w:tcPr>
            <w:tcW w:w="4320" w:type="dxa"/>
          </w:tcPr>
          <w:p w14:paraId="7C3F138E" w14:textId="77777777" w:rsidR="00737014" w:rsidRDefault="00000000">
            <w:r>
              <w:t>____________________________</w:t>
            </w:r>
          </w:p>
        </w:tc>
      </w:tr>
      <w:tr w:rsidR="00737014" w14:paraId="5FD2168D" w14:textId="77777777">
        <w:tc>
          <w:tcPr>
            <w:tcW w:w="4320" w:type="dxa"/>
          </w:tcPr>
          <w:p w14:paraId="59FD7E63" w14:textId="77777777" w:rsidR="00737014" w:rsidRDefault="00000000">
            <w:r>
              <w:t>Signature</w:t>
            </w:r>
          </w:p>
        </w:tc>
        <w:tc>
          <w:tcPr>
            <w:tcW w:w="4320" w:type="dxa"/>
          </w:tcPr>
          <w:p w14:paraId="6CE672E1" w14:textId="77777777" w:rsidR="00737014" w:rsidRDefault="00000000">
            <w:r>
              <w:t>____________________________</w:t>
            </w:r>
          </w:p>
        </w:tc>
      </w:tr>
      <w:tr w:rsidR="00737014" w14:paraId="1E65F861" w14:textId="77777777">
        <w:tc>
          <w:tcPr>
            <w:tcW w:w="4320" w:type="dxa"/>
          </w:tcPr>
          <w:p w14:paraId="19B7FFF5" w14:textId="77777777" w:rsidR="00737014" w:rsidRDefault="00000000">
            <w:r>
              <w:t>Date</w:t>
            </w:r>
          </w:p>
        </w:tc>
        <w:tc>
          <w:tcPr>
            <w:tcW w:w="4320" w:type="dxa"/>
          </w:tcPr>
          <w:p w14:paraId="42E32096" w14:textId="77777777" w:rsidR="00737014" w:rsidRDefault="00000000">
            <w:r>
              <w:t>____________________________</w:t>
            </w:r>
          </w:p>
        </w:tc>
      </w:tr>
    </w:tbl>
    <w:p w14:paraId="48F66B91" w14:textId="77777777" w:rsidR="00737014" w:rsidRDefault="00000000">
      <w:pPr>
        <w:pStyle w:val="Heading2"/>
      </w:pPr>
      <w:r>
        <w:t>4. Staff Supervision Record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09EC6906" w14:textId="77777777">
        <w:tc>
          <w:tcPr>
            <w:tcW w:w="4320" w:type="dxa"/>
          </w:tcPr>
          <w:p w14:paraId="30897AB6" w14:textId="77777777" w:rsidR="00737014" w:rsidRDefault="00000000">
            <w:r>
              <w:t>Staff Name</w:t>
            </w:r>
          </w:p>
        </w:tc>
        <w:tc>
          <w:tcPr>
            <w:tcW w:w="4320" w:type="dxa"/>
          </w:tcPr>
          <w:p w14:paraId="25355436" w14:textId="77777777" w:rsidR="00737014" w:rsidRDefault="00000000">
            <w:r>
              <w:t>____________________________</w:t>
            </w:r>
          </w:p>
        </w:tc>
      </w:tr>
      <w:tr w:rsidR="00737014" w14:paraId="6B81ED39" w14:textId="77777777">
        <w:tc>
          <w:tcPr>
            <w:tcW w:w="4320" w:type="dxa"/>
          </w:tcPr>
          <w:p w14:paraId="4D85B0A5" w14:textId="77777777" w:rsidR="00737014" w:rsidRDefault="00000000">
            <w:r>
              <w:t>Supervisor Name</w:t>
            </w:r>
          </w:p>
        </w:tc>
        <w:tc>
          <w:tcPr>
            <w:tcW w:w="4320" w:type="dxa"/>
          </w:tcPr>
          <w:p w14:paraId="1CD67CE4" w14:textId="77777777" w:rsidR="00737014" w:rsidRDefault="00000000">
            <w:r>
              <w:t>____________________________</w:t>
            </w:r>
          </w:p>
        </w:tc>
      </w:tr>
      <w:tr w:rsidR="00737014" w14:paraId="35B0D6FA" w14:textId="77777777">
        <w:tc>
          <w:tcPr>
            <w:tcW w:w="4320" w:type="dxa"/>
          </w:tcPr>
          <w:p w14:paraId="72769EF6" w14:textId="77777777" w:rsidR="00737014" w:rsidRDefault="00000000">
            <w:r>
              <w:t>Date of Meeting</w:t>
            </w:r>
          </w:p>
        </w:tc>
        <w:tc>
          <w:tcPr>
            <w:tcW w:w="4320" w:type="dxa"/>
          </w:tcPr>
          <w:p w14:paraId="4BBD3BED" w14:textId="77777777" w:rsidR="00737014" w:rsidRDefault="00000000">
            <w:r>
              <w:t>____________________________</w:t>
            </w:r>
          </w:p>
        </w:tc>
      </w:tr>
      <w:tr w:rsidR="00737014" w14:paraId="667EB775" w14:textId="77777777">
        <w:tc>
          <w:tcPr>
            <w:tcW w:w="4320" w:type="dxa"/>
          </w:tcPr>
          <w:p w14:paraId="5C341387" w14:textId="77777777" w:rsidR="00737014" w:rsidRDefault="00000000">
            <w:r>
              <w:t>Safeguarding Discussed</w:t>
            </w:r>
          </w:p>
        </w:tc>
        <w:tc>
          <w:tcPr>
            <w:tcW w:w="4320" w:type="dxa"/>
          </w:tcPr>
          <w:p w14:paraId="54DE12A9" w14:textId="77777777" w:rsidR="00737014" w:rsidRDefault="00000000">
            <w:r>
              <w:t>____________________________</w:t>
            </w:r>
          </w:p>
        </w:tc>
      </w:tr>
      <w:tr w:rsidR="00737014" w14:paraId="3626A062" w14:textId="77777777">
        <w:tc>
          <w:tcPr>
            <w:tcW w:w="4320" w:type="dxa"/>
          </w:tcPr>
          <w:p w14:paraId="2650EA15" w14:textId="77777777" w:rsidR="00737014" w:rsidRDefault="00000000">
            <w:r>
              <w:t>Performance Notes</w:t>
            </w:r>
          </w:p>
        </w:tc>
        <w:tc>
          <w:tcPr>
            <w:tcW w:w="4320" w:type="dxa"/>
          </w:tcPr>
          <w:p w14:paraId="0930F4A9" w14:textId="77777777" w:rsidR="00737014" w:rsidRDefault="00000000">
            <w:r>
              <w:t>____________________________</w:t>
            </w:r>
          </w:p>
        </w:tc>
      </w:tr>
      <w:tr w:rsidR="00737014" w14:paraId="167DED93" w14:textId="77777777">
        <w:tc>
          <w:tcPr>
            <w:tcW w:w="4320" w:type="dxa"/>
          </w:tcPr>
          <w:p w14:paraId="02E390CB" w14:textId="77777777" w:rsidR="00737014" w:rsidRDefault="00000000">
            <w:r>
              <w:t>Training Needs Identified</w:t>
            </w:r>
          </w:p>
        </w:tc>
        <w:tc>
          <w:tcPr>
            <w:tcW w:w="4320" w:type="dxa"/>
          </w:tcPr>
          <w:p w14:paraId="6F367045" w14:textId="77777777" w:rsidR="00737014" w:rsidRDefault="00000000">
            <w:r>
              <w:t>____________________________</w:t>
            </w:r>
          </w:p>
        </w:tc>
      </w:tr>
      <w:tr w:rsidR="00737014" w14:paraId="37A838E0" w14:textId="77777777">
        <w:tc>
          <w:tcPr>
            <w:tcW w:w="4320" w:type="dxa"/>
          </w:tcPr>
          <w:p w14:paraId="780FD72C" w14:textId="77777777" w:rsidR="00737014" w:rsidRDefault="00000000">
            <w:r>
              <w:t>Wellbeing Check</w:t>
            </w:r>
          </w:p>
        </w:tc>
        <w:tc>
          <w:tcPr>
            <w:tcW w:w="4320" w:type="dxa"/>
          </w:tcPr>
          <w:p w14:paraId="12BEAAB9" w14:textId="77777777" w:rsidR="00737014" w:rsidRDefault="00000000">
            <w:r>
              <w:t>____________________________</w:t>
            </w:r>
          </w:p>
        </w:tc>
      </w:tr>
      <w:tr w:rsidR="00737014" w14:paraId="3FB67898" w14:textId="77777777">
        <w:tc>
          <w:tcPr>
            <w:tcW w:w="4320" w:type="dxa"/>
          </w:tcPr>
          <w:p w14:paraId="4B9AAFA8" w14:textId="77777777" w:rsidR="00737014" w:rsidRDefault="00000000">
            <w:r>
              <w:t>Signatures</w:t>
            </w:r>
          </w:p>
        </w:tc>
        <w:tc>
          <w:tcPr>
            <w:tcW w:w="4320" w:type="dxa"/>
          </w:tcPr>
          <w:p w14:paraId="0851A869" w14:textId="77777777" w:rsidR="00737014" w:rsidRDefault="00000000">
            <w:r>
              <w:t>____________________________</w:t>
            </w:r>
          </w:p>
        </w:tc>
      </w:tr>
    </w:tbl>
    <w:p w14:paraId="563D3EC0" w14:textId="77777777" w:rsidR="00737014" w:rsidRDefault="00000000">
      <w:pPr>
        <w:pStyle w:val="Heading2"/>
      </w:pPr>
      <w:r>
        <w:t>5. Training Log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0FF7E04E" w14:textId="77777777">
        <w:tc>
          <w:tcPr>
            <w:tcW w:w="4320" w:type="dxa"/>
          </w:tcPr>
          <w:p w14:paraId="069D3C4C" w14:textId="77777777" w:rsidR="00737014" w:rsidRDefault="00000000">
            <w:r>
              <w:t>Staff Name</w:t>
            </w:r>
          </w:p>
        </w:tc>
        <w:tc>
          <w:tcPr>
            <w:tcW w:w="4320" w:type="dxa"/>
          </w:tcPr>
          <w:p w14:paraId="591EDC57" w14:textId="77777777" w:rsidR="00737014" w:rsidRDefault="00000000">
            <w:r>
              <w:t>____________________________</w:t>
            </w:r>
          </w:p>
        </w:tc>
      </w:tr>
      <w:tr w:rsidR="00737014" w14:paraId="791DD672" w14:textId="77777777">
        <w:tc>
          <w:tcPr>
            <w:tcW w:w="4320" w:type="dxa"/>
          </w:tcPr>
          <w:p w14:paraId="3364DCFD" w14:textId="77777777" w:rsidR="00737014" w:rsidRDefault="00000000">
            <w:r>
              <w:t>Training Course</w:t>
            </w:r>
          </w:p>
        </w:tc>
        <w:tc>
          <w:tcPr>
            <w:tcW w:w="4320" w:type="dxa"/>
          </w:tcPr>
          <w:p w14:paraId="3F7EA8C8" w14:textId="77777777" w:rsidR="00737014" w:rsidRDefault="00000000">
            <w:r>
              <w:t>____________________________</w:t>
            </w:r>
          </w:p>
        </w:tc>
      </w:tr>
      <w:tr w:rsidR="00737014" w14:paraId="5F09CD21" w14:textId="77777777">
        <w:tc>
          <w:tcPr>
            <w:tcW w:w="4320" w:type="dxa"/>
          </w:tcPr>
          <w:p w14:paraId="08B8D2CC" w14:textId="77777777" w:rsidR="00737014" w:rsidRDefault="00000000">
            <w:r>
              <w:t>Date Completed</w:t>
            </w:r>
          </w:p>
        </w:tc>
        <w:tc>
          <w:tcPr>
            <w:tcW w:w="4320" w:type="dxa"/>
          </w:tcPr>
          <w:p w14:paraId="357B877E" w14:textId="77777777" w:rsidR="00737014" w:rsidRDefault="00000000">
            <w:r>
              <w:t>____________________________</w:t>
            </w:r>
          </w:p>
        </w:tc>
      </w:tr>
      <w:tr w:rsidR="00737014" w14:paraId="02DF0650" w14:textId="77777777">
        <w:tc>
          <w:tcPr>
            <w:tcW w:w="4320" w:type="dxa"/>
          </w:tcPr>
          <w:p w14:paraId="160F5B75" w14:textId="77777777" w:rsidR="00737014" w:rsidRDefault="00000000">
            <w:r>
              <w:t>Expiry Date</w:t>
            </w:r>
          </w:p>
        </w:tc>
        <w:tc>
          <w:tcPr>
            <w:tcW w:w="4320" w:type="dxa"/>
          </w:tcPr>
          <w:p w14:paraId="663463A1" w14:textId="77777777" w:rsidR="00737014" w:rsidRDefault="00000000">
            <w:r>
              <w:t>____________________________</w:t>
            </w:r>
          </w:p>
        </w:tc>
      </w:tr>
      <w:tr w:rsidR="00737014" w14:paraId="04C56206" w14:textId="77777777">
        <w:tc>
          <w:tcPr>
            <w:tcW w:w="4320" w:type="dxa"/>
          </w:tcPr>
          <w:p w14:paraId="4101D0FA" w14:textId="77777777" w:rsidR="00737014" w:rsidRDefault="00000000">
            <w:r>
              <w:t>Provider</w:t>
            </w:r>
          </w:p>
        </w:tc>
        <w:tc>
          <w:tcPr>
            <w:tcW w:w="4320" w:type="dxa"/>
          </w:tcPr>
          <w:p w14:paraId="7DBADD36" w14:textId="77777777" w:rsidR="00737014" w:rsidRDefault="00000000">
            <w:r>
              <w:t>____________________________</w:t>
            </w:r>
          </w:p>
        </w:tc>
      </w:tr>
      <w:tr w:rsidR="00737014" w14:paraId="69CD9CD6" w14:textId="77777777">
        <w:tc>
          <w:tcPr>
            <w:tcW w:w="4320" w:type="dxa"/>
          </w:tcPr>
          <w:p w14:paraId="234E27F8" w14:textId="77777777" w:rsidR="00737014" w:rsidRDefault="00000000">
            <w:r>
              <w:t>Signature</w:t>
            </w:r>
          </w:p>
        </w:tc>
        <w:tc>
          <w:tcPr>
            <w:tcW w:w="4320" w:type="dxa"/>
          </w:tcPr>
          <w:p w14:paraId="086019E2" w14:textId="77777777" w:rsidR="00737014" w:rsidRDefault="00000000">
            <w:r>
              <w:t>____________________________</w:t>
            </w:r>
          </w:p>
        </w:tc>
      </w:tr>
    </w:tbl>
    <w:p w14:paraId="10069E41" w14:textId="77777777" w:rsidR="00737014" w:rsidRDefault="00000000">
      <w:pPr>
        <w:pStyle w:val="Heading2"/>
      </w:pPr>
      <w:r>
        <w:t>6. Incident / Concern Record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5E117B8E" w14:textId="77777777">
        <w:tc>
          <w:tcPr>
            <w:tcW w:w="4320" w:type="dxa"/>
          </w:tcPr>
          <w:p w14:paraId="68F1D54A" w14:textId="77777777" w:rsidR="00737014" w:rsidRDefault="00000000">
            <w:r>
              <w:t>Date</w:t>
            </w:r>
          </w:p>
        </w:tc>
        <w:tc>
          <w:tcPr>
            <w:tcW w:w="4320" w:type="dxa"/>
          </w:tcPr>
          <w:p w14:paraId="20906222" w14:textId="77777777" w:rsidR="00737014" w:rsidRDefault="00000000">
            <w:r>
              <w:t>____________________________</w:t>
            </w:r>
          </w:p>
        </w:tc>
      </w:tr>
      <w:tr w:rsidR="00737014" w14:paraId="5E40B38B" w14:textId="77777777">
        <w:tc>
          <w:tcPr>
            <w:tcW w:w="4320" w:type="dxa"/>
          </w:tcPr>
          <w:p w14:paraId="5FBDE22E" w14:textId="77777777" w:rsidR="00737014" w:rsidRDefault="00000000">
            <w:r>
              <w:t>Child Name</w:t>
            </w:r>
          </w:p>
        </w:tc>
        <w:tc>
          <w:tcPr>
            <w:tcW w:w="4320" w:type="dxa"/>
          </w:tcPr>
          <w:p w14:paraId="129AF89F" w14:textId="77777777" w:rsidR="00737014" w:rsidRDefault="00000000">
            <w:r>
              <w:t>____________________________</w:t>
            </w:r>
          </w:p>
        </w:tc>
      </w:tr>
      <w:tr w:rsidR="00737014" w14:paraId="42E7E6BE" w14:textId="77777777">
        <w:tc>
          <w:tcPr>
            <w:tcW w:w="4320" w:type="dxa"/>
          </w:tcPr>
          <w:p w14:paraId="7334B5C8" w14:textId="77777777" w:rsidR="00737014" w:rsidRDefault="00000000">
            <w:r>
              <w:t>Description of Concern</w:t>
            </w:r>
          </w:p>
        </w:tc>
        <w:tc>
          <w:tcPr>
            <w:tcW w:w="4320" w:type="dxa"/>
          </w:tcPr>
          <w:p w14:paraId="482EB523" w14:textId="77777777" w:rsidR="00737014" w:rsidRDefault="00000000">
            <w:r>
              <w:t>____________________________</w:t>
            </w:r>
          </w:p>
        </w:tc>
      </w:tr>
      <w:tr w:rsidR="00737014" w14:paraId="032C8F11" w14:textId="77777777">
        <w:tc>
          <w:tcPr>
            <w:tcW w:w="4320" w:type="dxa"/>
          </w:tcPr>
          <w:p w14:paraId="558BD77F" w14:textId="77777777" w:rsidR="00737014" w:rsidRDefault="00000000">
            <w:r>
              <w:lastRenderedPageBreak/>
              <w:t>Action Taken</w:t>
            </w:r>
          </w:p>
        </w:tc>
        <w:tc>
          <w:tcPr>
            <w:tcW w:w="4320" w:type="dxa"/>
          </w:tcPr>
          <w:p w14:paraId="70D7001F" w14:textId="77777777" w:rsidR="00737014" w:rsidRDefault="00000000">
            <w:r>
              <w:t>____________________________</w:t>
            </w:r>
          </w:p>
        </w:tc>
      </w:tr>
      <w:tr w:rsidR="00737014" w14:paraId="6244D94C" w14:textId="77777777">
        <w:tc>
          <w:tcPr>
            <w:tcW w:w="4320" w:type="dxa"/>
          </w:tcPr>
          <w:p w14:paraId="5F791E92" w14:textId="77777777" w:rsidR="00737014" w:rsidRDefault="00000000">
            <w:r>
              <w:t>Reported To (DSL)</w:t>
            </w:r>
          </w:p>
        </w:tc>
        <w:tc>
          <w:tcPr>
            <w:tcW w:w="4320" w:type="dxa"/>
          </w:tcPr>
          <w:p w14:paraId="4496A500" w14:textId="77777777" w:rsidR="00737014" w:rsidRDefault="00000000">
            <w:r>
              <w:t>____________________________</w:t>
            </w:r>
          </w:p>
        </w:tc>
      </w:tr>
      <w:tr w:rsidR="00737014" w14:paraId="3FBAA0EF" w14:textId="77777777">
        <w:tc>
          <w:tcPr>
            <w:tcW w:w="4320" w:type="dxa"/>
          </w:tcPr>
          <w:p w14:paraId="065132D2" w14:textId="77777777" w:rsidR="00737014" w:rsidRDefault="00000000">
            <w:r>
              <w:t>Signature</w:t>
            </w:r>
          </w:p>
        </w:tc>
        <w:tc>
          <w:tcPr>
            <w:tcW w:w="4320" w:type="dxa"/>
          </w:tcPr>
          <w:p w14:paraId="74175F94" w14:textId="77777777" w:rsidR="00737014" w:rsidRDefault="00000000">
            <w:r>
              <w:t>____________________________</w:t>
            </w:r>
          </w:p>
        </w:tc>
      </w:tr>
      <w:tr w:rsidR="00737014" w14:paraId="17F7CEF2" w14:textId="77777777">
        <w:tc>
          <w:tcPr>
            <w:tcW w:w="4320" w:type="dxa"/>
          </w:tcPr>
          <w:p w14:paraId="75BCC783" w14:textId="77777777" w:rsidR="00737014" w:rsidRDefault="00000000">
            <w:r>
              <w:t>Date</w:t>
            </w:r>
          </w:p>
        </w:tc>
        <w:tc>
          <w:tcPr>
            <w:tcW w:w="4320" w:type="dxa"/>
          </w:tcPr>
          <w:p w14:paraId="663EF2DC" w14:textId="77777777" w:rsidR="00737014" w:rsidRDefault="00000000">
            <w:r>
              <w:t>____________________________</w:t>
            </w:r>
          </w:p>
        </w:tc>
      </w:tr>
    </w:tbl>
    <w:p w14:paraId="18CAD868" w14:textId="77777777" w:rsidR="00737014" w:rsidRDefault="00000000">
      <w:pPr>
        <w:pStyle w:val="Heading2"/>
      </w:pPr>
      <w:r>
        <w:t>7. Whistleblowing Record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7014" w14:paraId="20D76C5D" w14:textId="77777777">
        <w:tc>
          <w:tcPr>
            <w:tcW w:w="4320" w:type="dxa"/>
          </w:tcPr>
          <w:p w14:paraId="38DCD3FD" w14:textId="77777777" w:rsidR="00737014" w:rsidRDefault="00000000">
            <w:r>
              <w:t>Name (optional)</w:t>
            </w:r>
          </w:p>
        </w:tc>
        <w:tc>
          <w:tcPr>
            <w:tcW w:w="4320" w:type="dxa"/>
          </w:tcPr>
          <w:p w14:paraId="0ABD7252" w14:textId="77777777" w:rsidR="00737014" w:rsidRDefault="00000000">
            <w:r>
              <w:t>____________________________</w:t>
            </w:r>
          </w:p>
        </w:tc>
      </w:tr>
      <w:tr w:rsidR="00737014" w14:paraId="7060ADB7" w14:textId="77777777">
        <w:tc>
          <w:tcPr>
            <w:tcW w:w="4320" w:type="dxa"/>
          </w:tcPr>
          <w:p w14:paraId="0364E496" w14:textId="77777777" w:rsidR="00737014" w:rsidRDefault="00000000">
            <w:r>
              <w:t>Concern Raised</w:t>
            </w:r>
          </w:p>
        </w:tc>
        <w:tc>
          <w:tcPr>
            <w:tcW w:w="4320" w:type="dxa"/>
          </w:tcPr>
          <w:p w14:paraId="50A1F5D4" w14:textId="77777777" w:rsidR="00737014" w:rsidRDefault="00000000">
            <w:r>
              <w:t>____________________________</w:t>
            </w:r>
          </w:p>
        </w:tc>
      </w:tr>
      <w:tr w:rsidR="00737014" w14:paraId="6C9D4842" w14:textId="77777777">
        <w:tc>
          <w:tcPr>
            <w:tcW w:w="4320" w:type="dxa"/>
          </w:tcPr>
          <w:p w14:paraId="47F52E4E" w14:textId="77777777" w:rsidR="00737014" w:rsidRDefault="00000000">
            <w:r>
              <w:t>Date</w:t>
            </w:r>
          </w:p>
        </w:tc>
        <w:tc>
          <w:tcPr>
            <w:tcW w:w="4320" w:type="dxa"/>
          </w:tcPr>
          <w:p w14:paraId="23FE44AC" w14:textId="77777777" w:rsidR="00737014" w:rsidRDefault="00000000">
            <w:r>
              <w:t>____________________________</w:t>
            </w:r>
          </w:p>
        </w:tc>
      </w:tr>
      <w:tr w:rsidR="00737014" w14:paraId="308E2873" w14:textId="77777777">
        <w:tc>
          <w:tcPr>
            <w:tcW w:w="4320" w:type="dxa"/>
          </w:tcPr>
          <w:p w14:paraId="68E9FAA5" w14:textId="77777777" w:rsidR="00737014" w:rsidRDefault="00000000">
            <w:r>
              <w:t>Action Taken</w:t>
            </w:r>
          </w:p>
        </w:tc>
        <w:tc>
          <w:tcPr>
            <w:tcW w:w="4320" w:type="dxa"/>
          </w:tcPr>
          <w:p w14:paraId="734170B8" w14:textId="77777777" w:rsidR="00737014" w:rsidRDefault="00000000">
            <w:r>
              <w:t>____________________________</w:t>
            </w:r>
          </w:p>
        </w:tc>
      </w:tr>
      <w:tr w:rsidR="00737014" w14:paraId="2D66B2DB" w14:textId="77777777">
        <w:tc>
          <w:tcPr>
            <w:tcW w:w="4320" w:type="dxa"/>
          </w:tcPr>
          <w:p w14:paraId="58B282F1" w14:textId="77777777" w:rsidR="00737014" w:rsidRDefault="00000000">
            <w:r>
              <w:t>Outcome</w:t>
            </w:r>
          </w:p>
        </w:tc>
        <w:tc>
          <w:tcPr>
            <w:tcW w:w="4320" w:type="dxa"/>
          </w:tcPr>
          <w:p w14:paraId="5356361C" w14:textId="77777777" w:rsidR="00737014" w:rsidRDefault="00000000">
            <w:r>
              <w:t>____________________________</w:t>
            </w:r>
          </w:p>
        </w:tc>
      </w:tr>
      <w:tr w:rsidR="00737014" w14:paraId="37A6DD96" w14:textId="77777777">
        <w:tc>
          <w:tcPr>
            <w:tcW w:w="4320" w:type="dxa"/>
          </w:tcPr>
          <w:p w14:paraId="57E83780" w14:textId="77777777" w:rsidR="00737014" w:rsidRDefault="00000000">
            <w:r>
              <w:t>Signature</w:t>
            </w:r>
          </w:p>
        </w:tc>
        <w:tc>
          <w:tcPr>
            <w:tcW w:w="4320" w:type="dxa"/>
          </w:tcPr>
          <w:p w14:paraId="02A60F55" w14:textId="77777777" w:rsidR="00737014" w:rsidRDefault="00000000">
            <w:r>
              <w:t>____________________________</w:t>
            </w:r>
          </w:p>
        </w:tc>
      </w:tr>
    </w:tbl>
    <w:p w14:paraId="178F95B2" w14:textId="77777777" w:rsidR="005B52CB" w:rsidRDefault="005B52CB"/>
    <w:sectPr w:rsidR="005B52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7662CE"/>
    <w:multiLevelType w:val="hybridMultilevel"/>
    <w:tmpl w:val="81CA9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24392">
    <w:abstractNumId w:val="8"/>
  </w:num>
  <w:num w:numId="2" w16cid:durableId="1581259406">
    <w:abstractNumId w:val="6"/>
  </w:num>
  <w:num w:numId="3" w16cid:durableId="1800955595">
    <w:abstractNumId w:val="5"/>
  </w:num>
  <w:num w:numId="4" w16cid:durableId="1216232731">
    <w:abstractNumId w:val="4"/>
  </w:num>
  <w:num w:numId="5" w16cid:durableId="1231689892">
    <w:abstractNumId w:val="7"/>
  </w:num>
  <w:num w:numId="6" w16cid:durableId="1031153855">
    <w:abstractNumId w:val="3"/>
  </w:num>
  <w:num w:numId="7" w16cid:durableId="613943672">
    <w:abstractNumId w:val="2"/>
  </w:num>
  <w:num w:numId="8" w16cid:durableId="1074743316">
    <w:abstractNumId w:val="1"/>
  </w:num>
  <w:num w:numId="9" w16cid:durableId="1987590351">
    <w:abstractNumId w:val="0"/>
  </w:num>
  <w:num w:numId="10" w16cid:durableId="11174823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DDF"/>
    <w:rsid w:val="0029639D"/>
    <w:rsid w:val="002C6EA8"/>
    <w:rsid w:val="00326F90"/>
    <w:rsid w:val="003A4A75"/>
    <w:rsid w:val="005B52CB"/>
    <w:rsid w:val="0073701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51285"/>
  <w14:defaultImageDpi w14:val="300"/>
  <w15:docId w15:val="{C36D5AE3-CAAC-8E4F-9558-29A639F2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Lottie Lobb (Student)</cp:lastModifiedBy>
  <cp:revision>3</cp:revision>
  <dcterms:created xsi:type="dcterms:W3CDTF">2026-06-08T20:27:00Z</dcterms:created>
  <dcterms:modified xsi:type="dcterms:W3CDTF">2026-06-08T20:27:00Z</dcterms:modified>
  <cp:category/>
</cp:coreProperties>
</file>