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THE TINY PONY PROJECT</w:t>
      </w:r>
    </w:p>
    <w:p>
      <w:r>
        <w:rPr>
          <w:b/>
        </w:rPr>
        <w:t>Inclusive Volunteer Programme</w:t>
        <w:br/>
      </w:r>
      <w:r>
        <w:t>A Different Way to Learn, A Natural Place to Grow.</w:t>
      </w:r>
    </w:p>
    <w:p>
      <w:pPr>
        <w:pStyle w:val="Heading1"/>
      </w:pPr>
      <w:r>
        <w:t>Welcome</w:t>
      </w:r>
    </w:p>
    <w:p>
      <w:r>
        <w:t>Thank you for your interest in volunteering with The Tiny Pony Project. We welcome young people and adults with additional needs and aim to provide meaningful, supportive volunteering opportunities.</w:t>
      </w:r>
    </w:p>
    <w:p>
      <w:pPr>
        <w:pStyle w:val="Heading1"/>
      </w:pPr>
      <w:r>
        <w:t>Who Can Volunteer?</w:t>
      </w:r>
    </w:p>
    <w:p>
      <w:r>
        <w:t>Volunteers may attend independently or with a parent, carer, support worker or personal assistant. No previous pony experience is required.</w:t>
      </w:r>
    </w:p>
    <w:p>
      <w:pPr>
        <w:pStyle w:val="Heading1"/>
      </w:pPr>
      <w:r>
        <w:t>Volunteer Opportunities</w:t>
      </w:r>
    </w:p>
    <w:p>
      <w:r>
        <w:t>Pony Care, Nature Classroom, Conservation &amp; Site Maintenance, and Event Support.</w:t>
      </w:r>
    </w:p>
    <w:p>
      <w:pPr>
        <w:pStyle w:val="Heading1"/>
      </w:pPr>
      <w:r>
        <w:t>Individual Support</w:t>
      </w:r>
    </w:p>
    <w:p>
      <w:r>
        <w:t>Reasonable adjustments can include visual instructions, written task lists, quiet spaces, demonstrations, additional breaks and flexible sessions.</w:t>
      </w:r>
    </w:p>
    <w:p>
      <w:pPr>
        <w:pStyle w:val="Heading1"/>
      </w:pPr>
      <w:r>
        <w:t>Working With Carers</w:t>
      </w:r>
    </w:p>
    <w:p>
      <w:r>
        <w:t>Carers and support workers are welcome. Personal care and medication administration remain the responsibility of the volunteer's support person.</w:t>
      </w:r>
    </w:p>
    <w:p>
      <w:pPr>
        <w:pStyle w:val="Heading1"/>
      </w:pPr>
      <w:r>
        <w:t>Benefits</w:t>
      </w:r>
    </w:p>
    <w:p>
      <w:r>
        <w:t>Build confidence, practical skills, social connections, independence and experience with animals and nature.</w:t>
      </w:r>
    </w:p>
    <w:p>
      <w:pPr>
        <w:pStyle w:val="Heading1"/>
      </w:pPr>
      <w:r>
        <w:t>Our Commitment</w:t>
      </w:r>
    </w:p>
    <w:p>
      <w:r>
        <w:t>We are committed to creating a safe, inclusive and welcoming environment for everyone.</w:t>
      </w:r>
    </w:p>
    <w:p>
      <w:r>
        <w:br w:type="page"/>
      </w:r>
    </w:p>
    <w:p>
      <w:pPr>
        <w:pStyle w:val="Heading1"/>
      </w:pPr>
      <w:r>
        <w:t>Volunteer Interest &amp; Support Needs Form</w:t>
      </w:r>
    </w:p>
    <w:p>
      <w:r>
        <w:t>Volunteer Name: ______________________________________________</w:t>
      </w:r>
    </w:p>
    <w:p>
      <w:r>
        <w:t>Date of Birth: ______________________________________________</w:t>
      </w:r>
    </w:p>
    <w:p>
      <w:r>
        <w:t>Address: ______________________________________________</w:t>
      </w:r>
    </w:p>
    <w:p>
      <w:r>
        <w:t>Telephone: ______________________________________________</w:t>
      </w:r>
    </w:p>
    <w:p>
      <w:r>
        <w:t>Email: ______________________________________________</w:t>
      </w:r>
    </w:p>
    <w:p>
      <w:r>
        <w:t>Parent/Carer/Support Worker Name: ______________________________________________</w:t>
      </w:r>
    </w:p>
    <w:p>
      <w:r>
        <w:t>Emergency Contact: ______________________________________________</w:t>
      </w:r>
    </w:p>
    <w:p>
      <w:r>
        <w:t>Medical Information: ______________________________________________</w:t>
      </w:r>
    </w:p>
    <w:p>
      <w:r>
        <w:t>Communication Preferences: ______________________________________________</w:t>
      </w:r>
    </w:p>
    <w:p>
      <w:r>
        <w:t>Support Needs: ______________________________________________</w:t>
      </w:r>
    </w:p>
    <w:p>
      <w:r>
        <w:t>Reasonable Adjustments That Help: ______________________________________________</w:t>
      </w:r>
    </w:p>
    <w:p>
      <w:r>
        <w:t>Interests and Hobbies: ______________________________________________</w:t>
      </w:r>
    </w:p>
    <w:p>
      <w:r>
        <w:t>Previous Experience: ______________________________________________</w:t>
      </w:r>
    </w:p>
    <w:p>
      <w:r>
        <w:t>Days/Times Available: ______________________________________________</w:t>
      </w:r>
    </w:p>
    <w:p>
      <w:r>
        <w:br/>
        <w:t>Anything else you would like us to know?</w:t>
        <w:br/>
        <w:br/>
        <w:t>____________________________________________</w:t>
        <w:br/>
        <w:br/>
        <w:t>____________________________________________</w:t>
      </w:r>
    </w:p>
    <w:p>
      <w:r>
        <w:br/>
        <w:t>Volunteer Signature: __________________________</w:t>
      </w:r>
    </w:p>
    <w:p>
      <w:r>
        <w:t>Parent/Carer Signature (if applicable): __________________________</w:t>
      </w:r>
    </w:p>
    <w:p>
      <w:r>
        <w:t>Date: 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